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F1CDC" w14:textId="42CDE511" w:rsidR="00B373DE" w:rsidRDefault="007C3487" w:rsidP="00B71FE8">
      <w:pPr>
        <w:spacing w:after="60" w:line="360" w:lineRule="auto"/>
        <w:jc w:val="center"/>
        <w:rPr>
          <w:rFonts w:asciiTheme="minorEastAsia" w:eastAsiaTheme="minorEastAsia" w:hAnsiTheme="minorEastAsia"/>
          <w:b/>
          <w:sz w:val="32"/>
          <w:lang w:eastAsia="zh-CN"/>
        </w:rPr>
      </w:pPr>
      <w:r>
        <w:rPr>
          <w:rFonts w:asciiTheme="minorEastAsia" w:eastAsiaTheme="minorEastAsia" w:hAnsiTheme="minorEastAsia"/>
          <w:b/>
          <w:noProof/>
          <w:sz w:val="24"/>
          <w:szCs w:val="24"/>
          <w:lang w:eastAsia="zh-CN"/>
        </w:rPr>
        <mc:AlternateContent>
          <mc:Choice Requires="wps">
            <w:drawing>
              <wp:anchor distT="0" distB="0" distL="114300" distR="114300" simplePos="0" relativeHeight="251659264" behindDoc="0" locked="0" layoutInCell="1" allowOverlap="1" wp14:anchorId="6FD99D4E" wp14:editId="36419F7A">
                <wp:simplePos x="0" y="0"/>
                <wp:positionH relativeFrom="column">
                  <wp:posOffset>5219700</wp:posOffset>
                </wp:positionH>
                <wp:positionV relativeFrom="paragraph">
                  <wp:posOffset>-571500</wp:posOffset>
                </wp:positionV>
                <wp:extent cx="895350" cy="342900"/>
                <wp:effectExtent l="0" t="0" r="0" b="0"/>
                <wp:wrapNone/>
                <wp:docPr id="1725373585" name="テキスト ボックス 1"/>
                <wp:cNvGraphicFramePr/>
                <a:graphic xmlns:a="http://schemas.openxmlformats.org/drawingml/2006/main">
                  <a:graphicData uri="http://schemas.microsoft.com/office/word/2010/wordprocessingShape">
                    <wps:wsp>
                      <wps:cNvSpPr txBox="1"/>
                      <wps:spPr>
                        <a:xfrm>
                          <a:off x="0" y="0"/>
                          <a:ext cx="895350" cy="342900"/>
                        </a:xfrm>
                        <a:prstGeom prst="rect">
                          <a:avLst/>
                        </a:prstGeom>
                        <a:solidFill>
                          <a:schemeClr val="lt1"/>
                        </a:solidFill>
                        <a:ln w="6350">
                          <a:noFill/>
                        </a:ln>
                      </wps:spPr>
                      <wps:txbx>
                        <w:txbxContent>
                          <w:p w14:paraId="488EB3BD" w14:textId="27C505E0" w:rsidR="007C3487" w:rsidRDefault="007C3487">
                            <w:pPr>
                              <w:rPr>
                                <w:rFonts w:hint="eastAsia"/>
                                <w:lang w:eastAsia="ja-JP"/>
                              </w:rPr>
                            </w:pPr>
                            <w:r>
                              <w:rPr>
                                <w:rFonts w:hint="eastAsia"/>
                                <w:lang w:eastAsia="ja-JP"/>
                              </w:rPr>
                              <w:t>様式4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D99D4E" id="_x0000_t202" coordsize="21600,21600" o:spt="202" path="m,l,21600r21600,l21600,xe">
                <v:stroke joinstyle="miter"/>
                <v:path gradientshapeok="t" o:connecttype="rect"/>
              </v:shapetype>
              <v:shape id="テキスト ボックス 1" o:spid="_x0000_s1026" type="#_x0000_t202" style="position:absolute;left:0;text-align:left;margin-left:411pt;margin-top:-45pt;width:70.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" fillcolor="white [3201]" stroked="f" strokeweight=".5pt">
                <v:textbox>
                  <w:txbxContent>
                    <w:p w14:paraId="488EB3BD" w14:textId="27C505E0" w:rsidR="007C3487" w:rsidRDefault="007C3487">
                      <w:pPr>
                        <w:rPr>
                          <w:rFonts w:hint="eastAsia"/>
                          <w:lang w:eastAsia="ja-JP"/>
                        </w:rPr>
                      </w:pPr>
                      <w:r>
                        <w:rPr>
                          <w:rFonts w:hint="eastAsia"/>
                          <w:lang w:eastAsia="ja-JP"/>
                        </w:rPr>
                        <w:t>様式4</w:t>
                      </w:r>
                    </w:p>
                  </w:txbxContent>
                </v:textbox>
              </v:shape>
            </w:pict>
          </mc:Fallback>
        </mc:AlternateContent>
      </w:r>
      <w:r w:rsidR="001E77F8" w:rsidRPr="00267B5F">
        <w:rPr>
          <w:rFonts w:asciiTheme="minorEastAsia" w:eastAsiaTheme="minorEastAsia" w:hAnsiTheme="minorEastAsia"/>
          <w:b/>
          <w:sz w:val="24"/>
          <w:szCs w:val="24"/>
          <w:lang w:eastAsia="zh-CN"/>
        </w:rPr>
        <w:t>一般社団法人 日本川崎病学会</w:t>
      </w:r>
      <w:r w:rsidR="001E77F8" w:rsidRPr="00445535">
        <w:rPr>
          <w:rFonts w:asciiTheme="minorEastAsia" w:eastAsiaTheme="minorEastAsia" w:hAnsiTheme="minorEastAsia"/>
          <w:b/>
          <w:lang w:eastAsia="zh-CN"/>
        </w:rPr>
        <w:br/>
      </w:r>
      <w:r w:rsidR="001E77F8" w:rsidRPr="00445535">
        <w:rPr>
          <w:rFonts w:asciiTheme="minorEastAsia" w:eastAsiaTheme="minorEastAsia" w:hAnsiTheme="minorEastAsia"/>
          <w:b/>
          <w:sz w:val="32"/>
          <w:lang w:eastAsia="zh-CN"/>
        </w:rPr>
        <w:t>公認研究助成金返還届</w:t>
      </w:r>
    </w:p>
    <w:p w14:paraId="450CC42F" w14:textId="77777777" w:rsidR="00445535" w:rsidRPr="00445535" w:rsidRDefault="00445535" w:rsidP="00B71FE8">
      <w:pPr>
        <w:spacing w:after="60" w:line="360" w:lineRule="auto"/>
        <w:jc w:val="center"/>
        <w:rPr>
          <w:rFonts w:asciiTheme="minorEastAsia" w:eastAsiaTheme="minorEastAsia" w:hAnsiTheme="minorEastAsia"/>
          <w:lang w:eastAsia="zh-CN"/>
        </w:rPr>
      </w:pPr>
    </w:p>
    <w:tbl>
      <w:tblPr>
        <w:tblStyle w:val="afe"/>
        <w:tblW w:w="0" w:type="auto"/>
        <w:jc w:val="center"/>
        <w:tblLook w:val="04A0" w:firstRow="1" w:lastRow="0" w:firstColumn="1" w:lastColumn="0" w:noHBand="0" w:noVBand="1"/>
      </w:tblPr>
      <w:tblGrid>
        <w:gridCol w:w="2408"/>
        <w:gridCol w:w="6222"/>
      </w:tblGrid>
      <w:tr w:rsidR="00B373DE" w:rsidRPr="00445535" w14:paraId="099794A6" w14:textId="77777777" w:rsidTr="00C950F8">
        <w:trPr>
          <w:jc w:val="center"/>
        </w:trPr>
        <w:tc>
          <w:tcPr>
            <w:tcW w:w="2410" w:type="dxa"/>
            <w:vAlign w:val="center"/>
          </w:tcPr>
          <w:p w14:paraId="3612EF9A"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提出日</w:t>
            </w:r>
          </w:p>
        </w:tc>
        <w:tc>
          <w:tcPr>
            <w:tcW w:w="6230" w:type="dxa"/>
          </w:tcPr>
          <w:p w14:paraId="0F7EABF5" w14:textId="703B6675" w:rsidR="00B373DE" w:rsidRPr="00445535" w:rsidRDefault="005932EB" w:rsidP="00C950F8">
            <w:pPr>
              <w:spacing w:before="60" w:after="60" w:line="360" w:lineRule="auto"/>
              <w:jc w:val="center"/>
              <w:rPr>
                <w:rFonts w:asciiTheme="minorEastAsia" w:eastAsiaTheme="minorEastAsia" w:hAnsiTheme="minorEastAsia"/>
              </w:rPr>
            </w:pPr>
            <w:r>
              <w:rPr>
                <w:rFonts w:asciiTheme="minorEastAsia" w:eastAsiaTheme="minorEastAsia" w:hAnsiTheme="minorEastAsia" w:hint="eastAsia"/>
                <w:lang w:eastAsia="ja-JP"/>
              </w:rPr>
              <w:t xml:space="preserve">西暦　　</w:t>
            </w:r>
            <w:r w:rsidRPr="00445535">
              <w:rPr>
                <w:rFonts w:asciiTheme="minorEastAsia" w:eastAsiaTheme="minorEastAsia" w:hAnsiTheme="minorEastAsia"/>
              </w:rPr>
              <w:t xml:space="preserve">　　年　　月　　日</w:t>
            </w:r>
          </w:p>
        </w:tc>
      </w:tr>
      <w:tr w:rsidR="00B373DE" w:rsidRPr="00445535" w14:paraId="6956B136" w14:textId="77777777" w:rsidTr="00C950F8">
        <w:trPr>
          <w:jc w:val="center"/>
        </w:trPr>
        <w:tc>
          <w:tcPr>
            <w:tcW w:w="2410" w:type="dxa"/>
            <w:vAlign w:val="center"/>
          </w:tcPr>
          <w:p w14:paraId="172E5217"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宛先</w:t>
            </w:r>
          </w:p>
        </w:tc>
        <w:tc>
          <w:tcPr>
            <w:tcW w:w="6230" w:type="dxa"/>
          </w:tcPr>
          <w:p w14:paraId="670FEF28" w14:textId="72A48DCF" w:rsidR="00B373DE" w:rsidRPr="00445535" w:rsidRDefault="001E77F8" w:rsidP="00C950F8">
            <w:pPr>
              <w:spacing w:before="60" w:after="60" w:line="360" w:lineRule="auto"/>
              <w:jc w:val="center"/>
              <w:rPr>
                <w:rFonts w:asciiTheme="minorEastAsia" w:eastAsiaTheme="minorEastAsia" w:hAnsiTheme="minorEastAsia"/>
                <w:lang w:eastAsia="zh-CN"/>
              </w:rPr>
            </w:pPr>
            <w:r w:rsidRPr="00445535">
              <w:rPr>
                <w:rFonts w:asciiTheme="minorEastAsia" w:eastAsiaTheme="minorEastAsia" w:hAnsiTheme="minorEastAsia"/>
                <w:lang w:eastAsia="zh-CN"/>
              </w:rPr>
              <w:t>一般社団法人 日本川崎病学会</w:t>
            </w:r>
            <w:r w:rsidR="006C728A" w:rsidRPr="00445535">
              <w:rPr>
                <w:rFonts w:asciiTheme="minorEastAsia" w:eastAsiaTheme="minorEastAsia" w:hAnsiTheme="minorEastAsia" w:hint="eastAsia"/>
                <w:lang w:eastAsia="zh-CN"/>
              </w:rPr>
              <w:t xml:space="preserve">　</w:t>
            </w:r>
            <w:r w:rsidRPr="00445535">
              <w:rPr>
                <w:rFonts w:asciiTheme="minorEastAsia" w:eastAsiaTheme="minorEastAsia" w:hAnsiTheme="minorEastAsia"/>
                <w:lang w:eastAsia="zh-CN"/>
              </w:rPr>
              <w:t>理事長　殿</w:t>
            </w:r>
          </w:p>
        </w:tc>
      </w:tr>
      <w:tr w:rsidR="00B373DE" w:rsidRPr="00445535" w14:paraId="4F4E3C45" w14:textId="77777777" w:rsidTr="00C950F8">
        <w:trPr>
          <w:jc w:val="center"/>
        </w:trPr>
        <w:tc>
          <w:tcPr>
            <w:tcW w:w="2410" w:type="dxa"/>
            <w:vAlign w:val="center"/>
          </w:tcPr>
          <w:p w14:paraId="3DD96319"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所属機関</w:t>
            </w:r>
          </w:p>
        </w:tc>
        <w:tc>
          <w:tcPr>
            <w:tcW w:w="6230" w:type="dxa"/>
          </w:tcPr>
          <w:p w14:paraId="57BB80EF" w14:textId="77777777" w:rsidR="00B373DE" w:rsidRPr="00445535" w:rsidRDefault="00B373DE" w:rsidP="00C950F8">
            <w:pPr>
              <w:spacing w:before="60" w:after="60" w:line="360" w:lineRule="auto"/>
              <w:jc w:val="center"/>
              <w:rPr>
                <w:rFonts w:asciiTheme="minorEastAsia" w:eastAsiaTheme="minorEastAsia" w:hAnsiTheme="minorEastAsia"/>
              </w:rPr>
            </w:pPr>
          </w:p>
        </w:tc>
      </w:tr>
      <w:tr w:rsidR="00B373DE" w:rsidRPr="00445535" w14:paraId="1D348093" w14:textId="77777777" w:rsidTr="00C950F8">
        <w:trPr>
          <w:jc w:val="center"/>
        </w:trPr>
        <w:tc>
          <w:tcPr>
            <w:tcW w:w="2410" w:type="dxa"/>
            <w:vAlign w:val="center"/>
          </w:tcPr>
          <w:p w14:paraId="076B0F0B"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所属・職名</w:t>
            </w:r>
          </w:p>
        </w:tc>
        <w:tc>
          <w:tcPr>
            <w:tcW w:w="6230" w:type="dxa"/>
          </w:tcPr>
          <w:p w14:paraId="312CC2A8" w14:textId="77777777" w:rsidR="00B373DE" w:rsidRPr="00445535" w:rsidRDefault="00B373DE" w:rsidP="00C950F8">
            <w:pPr>
              <w:spacing w:before="60" w:after="60" w:line="360" w:lineRule="auto"/>
              <w:jc w:val="center"/>
              <w:rPr>
                <w:rFonts w:asciiTheme="minorEastAsia" w:eastAsiaTheme="minorEastAsia" w:hAnsiTheme="minorEastAsia"/>
              </w:rPr>
            </w:pPr>
          </w:p>
        </w:tc>
      </w:tr>
      <w:tr w:rsidR="00B373DE" w:rsidRPr="00445535" w14:paraId="0B7DB727" w14:textId="77777777" w:rsidTr="00C950F8">
        <w:trPr>
          <w:jc w:val="center"/>
        </w:trPr>
        <w:tc>
          <w:tcPr>
            <w:tcW w:w="2410" w:type="dxa"/>
            <w:vAlign w:val="center"/>
          </w:tcPr>
          <w:p w14:paraId="02353D34"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研究代表者氏名</w:t>
            </w:r>
          </w:p>
        </w:tc>
        <w:tc>
          <w:tcPr>
            <w:tcW w:w="6230" w:type="dxa"/>
          </w:tcPr>
          <w:p w14:paraId="4F79B767" w14:textId="020BF565" w:rsidR="00B373DE" w:rsidRPr="00445535" w:rsidRDefault="00440699" w:rsidP="00C950F8">
            <w:pPr>
              <w:spacing w:before="60" w:after="60" w:line="360" w:lineRule="auto"/>
              <w:jc w:val="center"/>
              <w:rPr>
                <w:rFonts w:asciiTheme="minorEastAsia" w:eastAsiaTheme="minorEastAsia" w:hAnsiTheme="minorEastAsia"/>
              </w:rPr>
            </w:pPr>
            <w:r>
              <w:rPr>
                <w:rFonts w:asciiTheme="minorEastAsia" w:eastAsiaTheme="minorEastAsia" w:hAnsiTheme="minorEastAsia" w:hint="eastAsia"/>
                <w:lang w:eastAsia="ja-JP"/>
              </w:rPr>
              <w:t xml:space="preserve">　　　　　　　　　　　　　　　　　</w:t>
            </w:r>
            <w:r w:rsidR="001E77F8" w:rsidRPr="00445535">
              <w:rPr>
                <w:rFonts w:asciiTheme="minorEastAsia" w:eastAsiaTheme="minorEastAsia" w:hAnsiTheme="minorEastAsia"/>
              </w:rPr>
              <w:t>㊞</w:t>
            </w:r>
          </w:p>
        </w:tc>
      </w:tr>
      <w:tr w:rsidR="00B373DE" w:rsidRPr="00445535" w14:paraId="28A1C9EA" w14:textId="77777777" w:rsidTr="00C950F8">
        <w:trPr>
          <w:jc w:val="center"/>
        </w:trPr>
        <w:tc>
          <w:tcPr>
            <w:tcW w:w="2410" w:type="dxa"/>
            <w:vAlign w:val="center"/>
          </w:tcPr>
          <w:p w14:paraId="70E7F748"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連絡担当者</w:t>
            </w:r>
          </w:p>
        </w:tc>
        <w:tc>
          <w:tcPr>
            <w:tcW w:w="6230" w:type="dxa"/>
          </w:tcPr>
          <w:p w14:paraId="0E067421" w14:textId="77777777" w:rsidR="00B373DE" w:rsidRPr="00445535" w:rsidRDefault="00B373DE" w:rsidP="00C950F8">
            <w:pPr>
              <w:spacing w:before="60" w:after="60" w:line="360" w:lineRule="auto"/>
              <w:jc w:val="center"/>
              <w:rPr>
                <w:rFonts w:asciiTheme="minorEastAsia" w:eastAsiaTheme="minorEastAsia" w:hAnsiTheme="minorEastAsia"/>
              </w:rPr>
            </w:pPr>
          </w:p>
        </w:tc>
      </w:tr>
      <w:tr w:rsidR="00B373DE" w:rsidRPr="00445535" w14:paraId="3B9A0424" w14:textId="77777777" w:rsidTr="00C950F8">
        <w:trPr>
          <w:jc w:val="center"/>
        </w:trPr>
        <w:tc>
          <w:tcPr>
            <w:tcW w:w="2410" w:type="dxa"/>
            <w:vAlign w:val="center"/>
          </w:tcPr>
          <w:p w14:paraId="61CBEB20"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電話</w:t>
            </w:r>
          </w:p>
        </w:tc>
        <w:tc>
          <w:tcPr>
            <w:tcW w:w="6230" w:type="dxa"/>
          </w:tcPr>
          <w:p w14:paraId="670811A6" w14:textId="77777777" w:rsidR="00B373DE" w:rsidRPr="00445535" w:rsidRDefault="00B373DE" w:rsidP="00C950F8">
            <w:pPr>
              <w:spacing w:before="60" w:after="60" w:line="360" w:lineRule="auto"/>
              <w:jc w:val="center"/>
              <w:rPr>
                <w:rFonts w:asciiTheme="minorEastAsia" w:eastAsiaTheme="minorEastAsia" w:hAnsiTheme="minorEastAsia"/>
              </w:rPr>
            </w:pPr>
          </w:p>
        </w:tc>
      </w:tr>
      <w:tr w:rsidR="00B373DE" w:rsidRPr="00445535" w14:paraId="789FE5CA" w14:textId="77777777" w:rsidTr="00C950F8">
        <w:trPr>
          <w:jc w:val="center"/>
        </w:trPr>
        <w:tc>
          <w:tcPr>
            <w:tcW w:w="2410" w:type="dxa"/>
            <w:vAlign w:val="center"/>
          </w:tcPr>
          <w:p w14:paraId="1E9DB611"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E-mail</w:t>
            </w:r>
          </w:p>
        </w:tc>
        <w:tc>
          <w:tcPr>
            <w:tcW w:w="6230" w:type="dxa"/>
          </w:tcPr>
          <w:p w14:paraId="235E6D9D" w14:textId="77777777" w:rsidR="00B373DE" w:rsidRPr="00445535" w:rsidRDefault="00B373DE" w:rsidP="00C950F8">
            <w:pPr>
              <w:spacing w:before="60" w:after="60" w:line="360" w:lineRule="auto"/>
              <w:jc w:val="center"/>
              <w:rPr>
                <w:rFonts w:asciiTheme="minorEastAsia" w:eastAsiaTheme="minorEastAsia" w:hAnsiTheme="minorEastAsia"/>
              </w:rPr>
            </w:pPr>
          </w:p>
        </w:tc>
      </w:tr>
    </w:tbl>
    <w:p w14:paraId="5D79E42E" w14:textId="77777777" w:rsidR="0046295E" w:rsidRDefault="0046295E" w:rsidP="00B71FE8">
      <w:pPr>
        <w:spacing w:after="60" w:line="360" w:lineRule="auto"/>
        <w:rPr>
          <w:rFonts w:asciiTheme="minorEastAsia" w:eastAsiaTheme="minorEastAsia" w:hAnsiTheme="minorEastAsia"/>
          <w:lang w:eastAsia="ja-JP"/>
        </w:rPr>
      </w:pPr>
    </w:p>
    <w:p w14:paraId="0FF5D428" w14:textId="77777777" w:rsidR="003629CF" w:rsidRPr="00445535" w:rsidRDefault="003629CF" w:rsidP="00B71FE8">
      <w:pPr>
        <w:spacing w:after="60" w:line="360" w:lineRule="auto"/>
        <w:rPr>
          <w:rFonts w:asciiTheme="minorEastAsia" w:eastAsiaTheme="minorEastAsia" w:hAnsiTheme="minorEastAsia"/>
          <w:lang w:eastAsia="ja-JP"/>
        </w:rPr>
      </w:pPr>
    </w:p>
    <w:p w14:paraId="03534334" w14:textId="76E6972E" w:rsidR="00B373DE" w:rsidRPr="00445535" w:rsidRDefault="001E77F8" w:rsidP="00B71FE8">
      <w:pPr>
        <w:pStyle w:val="ae"/>
        <w:numPr>
          <w:ilvl w:val="0"/>
          <w:numId w:val="10"/>
        </w:numPr>
        <w:spacing w:after="60" w:line="360" w:lineRule="auto"/>
        <w:rPr>
          <w:rFonts w:asciiTheme="minorEastAsia" w:eastAsiaTheme="minorEastAsia" w:hAnsiTheme="minorEastAsia"/>
          <w:b/>
          <w:bCs/>
          <w:sz w:val="28"/>
          <w:szCs w:val="28"/>
        </w:rPr>
      </w:pPr>
      <w:r w:rsidRPr="00445535">
        <w:rPr>
          <w:rFonts w:asciiTheme="minorEastAsia" w:eastAsiaTheme="minorEastAsia" w:hAnsiTheme="minorEastAsia"/>
          <w:b/>
          <w:bCs/>
          <w:sz w:val="28"/>
          <w:szCs w:val="28"/>
        </w:rPr>
        <w:t>公認研究課題</w:t>
      </w:r>
    </w:p>
    <w:tbl>
      <w:tblPr>
        <w:tblStyle w:val="afe"/>
        <w:tblW w:w="0" w:type="auto"/>
        <w:tblInd w:w="108" w:type="dxa"/>
        <w:tblLook w:val="04A0" w:firstRow="1" w:lastRow="0" w:firstColumn="1" w:lastColumn="0" w:noHBand="0" w:noVBand="1"/>
      </w:tblPr>
      <w:tblGrid>
        <w:gridCol w:w="2378"/>
        <w:gridCol w:w="6144"/>
      </w:tblGrid>
      <w:tr w:rsidR="00B373DE" w:rsidRPr="00445535" w14:paraId="76C175DC" w14:textId="77777777" w:rsidTr="006C728A">
        <w:tc>
          <w:tcPr>
            <w:tcW w:w="2410" w:type="dxa"/>
          </w:tcPr>
          <w:p w14:paraId="2C45E660"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課題名</w:t>
            </w:r>
          </w:p>
        </w:tc>
        <w:tc>
          <w:tcPr>
            <w:tcW w:w="6237" w:type="dxa"/>
          </w:tcPr>
          <w:p w14:paraId="10A3CB78" w14:textId="77777777" w:rsidR="00B373DE" w:rsidRPr="00445535" w:rsidRDefault="00B373DE" w:rsidP="00C950F8">
            <w:pPr>
              <w:spacing w:before="60" w:after="60" w:line="360" w:lineRule="auto"/>
              <w:rPr>
                <w:rFonts w:asciiTheme="minorEastAsia" w:eastAsiaTheme="minorEastAsia" w:hAnsiTheme="minorEastAsia"/>
              </w:rPr>
            </w:pPr>
          </w:p>
        </w:tc>
      </w:tr>
      <w:tr w:rsidR="00B373DE" w:rsidRPr="00445535" w14:paraId="2DCEC6DB" w14:textId="77777777" w:rsidTr="006C728A">
        <w:tc>
          <w:tcPr>
            <w:tcW w:w="2410" w:type="dxa"/>
          </w:tcPr>
          <w:p w14:paraId="76D36CC2"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公認研究区分</w:t>
            </w:r>
          </w:p>
        </w:tc>
        <w:tc>
          <w:tcPr>
            <w:tcW w:w="6237" w:type="dxa"/>
          </w:tcPr>
          <w:p w14:paraId="280047CA"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公認研究A</w:t>
            </w:r>
          </w:p>
        </w:tc>
      </w:tr>
      <w:tr w:rsidR="00B373DE" w:rsidRPr="00445535" w14:paraId="067B7716" w14:textId="77777777" w:rsidTr="006C728A">
        <w:tc>
          <w:tcPr>
            <w:tcW w:w="2410" w:type="dxa"/>
          </w:tcPr>
          <w:p w14:paraId="70AF9B6B"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助成年度</w:t>
            </w:r>
          </w:p>
        </w:tc>
        <w:tc>
          <w:tcPr>
            <w:tcW w:w="6237" w:type="dxa"/>
          </w:tcPr>
          <w:p w14:paraId="1BEA4C3D" w14:textId="6C385D2E" w:rsidR="00B373DE" w:rsidRPr="00445535" w:rsidRDefault="00CF4DEC" w:rsidP="00C950F8">
            <w:pPr>
              <w:spacing w:before="60" w:after="60" w:line="360" w:lineRule="auto"/>
              <w:jc w:val="center"/>
              <w:rPr>
                <w:rFonts w:asciiTheme="minorEastAsia" w:eastAsiaTheme="minorEastAsia" w:hAnsiTheme="minorEastAsia"/>
                <w:lang w:eastAsia="ja-JP"/>
              </w:rPr>
            </w:pPr>
            <w:r w:rsidRPr="00445535">
              <w:rPr>
                <w:rFonts w:asciiTheme="minorEastAsia" w:eastAsiaTheme="minorEastAsia" w:hAnsiTheme="minorEastAsia" w:hint="eastAsia"/>
                <w:lang w:eastAsia="ja-JP"/>
              </w:rPr>
              <w:t>西暦</w:t>
            </w:r>
            <w:r w:rsidR="006C728A" w:rsidRPr="00445535">
              <w:rPr>
                <w:rFonts w:asciiTheme="minorEastAsia" w:eastAsiaTheme="minorEastAsia" w:hAnsiTheme="minorEastAsia" w:hint="eastAsia"/>
                <w:lang w:eastAsia="ja-JP"/>
              </w:rPr>
              <w:t xml:space="preserve">　　　　　　</w:t>
            </w:r>
            <w:r w:rsidR="003E07F6" w:rsidRPr="00445535">
              <w:rPr>
                <w:rFonts w:asciiTheme="minorEastAsia" w:eastAsiaTheme="minorEastAsia" w:hAnsiTheme="minorEastAsia" w:hint="eastAsia"/>
                <w:lang w:eastAsia="ja-JP"/>
              </w:rPr>
              <w:t>年</w:t>
            </w:r>
          </w:p>
        </w:tc>
      </w:tr>
      <w:tr w:rsidR="00B373DE" w:rsidRPr="00445535" w14:paraId="73FD3F1C" w14:textId="77777777" w:rsidTr="006C728A">
        <w:tc>
          <w:tcPr>
            <w:tcW w:w="2410" w:type="dxa"/>
          </w:tcPr>
          <w:p w14:paraId="49943FF0"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助成金額</w:t>
            </w:r>
          </w:p>
        </w:tc>
        <w:tc>
          <w:tcPr>
            <w:tcW w:w="6237" w:type="dxa"/>
          </w:tcPr>
          <w:p w14:paraId="5765B5D3" w14:textId="30918662" w:rsidR="00B373DE" w:rsidRPr="00445535" w:rsidRDefault="00445535" w:rsidP="00C950F8">
            <w:pPr>
              <w:spacing w:before="60" w:after="60" w:line="360" w:lineRule="auto"/>
              <w:jc w:val="center"/>
              <w:rPr>
                <w:rFonts w:asciiTheme="minorEastAsia" w:eastAsiaTheme="minorEastAsia" w:hAnsiTheme="minorEastAsia"/>
              </w:rPr>
            </w:pPr>
            <w:r>
              <w:rPr>
                <w:rFonts w:asciiTheme="minorEastAsia" w:eastAsiaTheme="minorEastAsia" w:hAnsiTheme="minorEastAsia" w:hint="eastAsia"/>
                <w:lang w:eastAsia="ja-JP"/>
              </w:rPr>
              <w:t xml:space="preserve">                </w:t>
            </w:r>
            <w:r w:rsidRPr="00445535">
              <w:rPr>
                <w:rFonts w:asciiTheme="minorEastAsia" w:eastAsiaTheme="minorEastAsia" w:hAnsiTheme="minorEastAsia"/>
              </w:rPr>
              <w:t>円</w:t>
            </w:r>
          </w:p>
        </w:tc>
      </w:tr>
      <w:tr w:rsidR="00B373DE" w:rsidRPr="00445535" w14:paraId="31422A24" w14:textId="77777777" w:rsidTr="006C728A">
        <w:tc>
          <w:tcPr>
            <w:tcW w:w="2410" w:type="dxa"/>
          </w:tcPr>
          <w:p w14:paraId="556AFEBF" w14:textId="77777777" w:rsidR="00B373DE" w:rsidRPr="00445535" w:rsidRDefault="001E77F8" w:rsidP="00C950F8">
            <w:pPr>
              <w:spacing w:before="60" w:after="60" w:line="360" w:lineRule="auto"/>
              <w:jc w:val="center"/>
              <w:rPr>
                <w:rFonts w:asciiTheme="minorEastAsia" w:eastAsiaTheme="minorEastAsia" w:hAnsiTheme="minorEastAsia"/>
              </w:rPr>
            </w:pPr>
            <w:r w:rsidRPr="00445535">
              <w:rPr>
                <w:rFonts w:asciiTheme="minorEastAsia" w:eastAsiaTheme="minorEastAsia" w:hAnsiTheme="minorEastAsia"/>
              </w:rPr>
              <w:t>返還額</w:t>
            </w:r>
          </w:p>
        </w:tc>
        <w:tc>
          <w:tcPr>
            <w:tcW w:w="6237" w:type="dxa"/>
          </w:tcPr>
          <w:p w14:paraId="04BBBCAF" w14:textId="1558D4F0" w:rsidR="00B373DE" w:rsidRPr="00445535" w:rsidRDefault="00445535" w:rsidP="00C950F8">
            <w:pPr>
              <w:spacing w:before="60" w:after="60" w:line="360" w:lineRule="auto"/>
              <w:jc w:val="center"/>
              <w:rPr>
                <w:rFonts w:asciiTheme="minorEastAsia" w:eastAsiaTheme="minorEastAsia" w:hAnsiTheme="minorEastAsia"/>
              </w:rPr>
            </w:pPr>
            <w:r>
              <w:rPr>
                <w:rFonts w:asciiTheme="minorEastAsia" w:eastAsiaTheme="minorEastAsia" w:hAnsiTheme="minorEastAsia" w:hint="eastAsia"/>
                <w:lang w:eastAsia="ja-JP"/>
              </w:rPr>
              <w:t xml:space="preserve">                </w:t>
            </w:r>
            <w:r w:rsidRPr="00445535">
              <w:rPr>
                <w:rFonts w:asciiTheme="minorEastAsia" w:eastAsiaTheme="minorEastAsia" w:hAnsiTheme="minorEastAsia"/>
              </w:rPr>
              <w:t>円</w:t>
            </w:r>
          </w:p>
        </w:tc>
      </w:tr>
    </w:tbl>
    <w:p w14:paraId="42115E74" w14:textId="77777777" w:rsidR="0046295E" w:rsidRPr="00445535" w:rsidRDefault="0046295E" w:rsidP="00B71FE8">
      <w:pPr>
        <w:spacing w:after="60" w:line="360" w:lineRule="auto"/>
        <w:rPr>
          <w:rFonts w:asciiTheme="minorEastAsia" w:eastAsiaTheme="minorEastAsia" w:hAnsiTheme="minorEastAsia"/>
          <w:b/>
          <w:bCs/>
          <w:lang w:eastAsia="ja-JP"/>
        </w:rPr>
      </w:pPr>
    </w:p>
    <w:p w14:paraId="354BB3A8" w14:textId="77777777" w:rsidR="003629CF" w:rsidRDefault="003629CF" w:rsidP="003629CF">
      <w:pPr>
        <w:spacing w:after="60" w:line="360" w:lineRule="auto"/>
        <w:rPr>
          <w:rFonts w:asciiTheme="minorEastAsia" w:eastAsiaTheme="minorEastAsia" w:hAnsiTheme="minorEastAsia"/>
          <w:b/>
          <w:bCs/>
          <w:sz w:val="28"/>
          <w:szCs w:val="28"/>
          <w:highlight w:val="lightGray"/>
        </w:rPr>
      </w:pPr>
      <w:r>
        <w:rPr>
          <w:rFonts w:asciiTheme="minorEastAsia" w:eastAsiaTheme="minorEastAsia" w:hAnsiTheme="minorEastAsia"/>
          <w:b/>
          <w:bCs/>
          <w:sz w:val="28"/>
          <w:szCs w:val="28"/>
          <w:highlight w:val="lightGray"/>
        </w:rPr>
        <w:br w:type="page"/>
      </w:r>
    </w:p>
    <w:p w14:paraId="52577321" w14:textId="62F6E4AF" w:rsidR="00B373DE" w:rsidRPr="003629CF" w:rsidRDefault="001E77F8" w:rsidP="003629CF">
      <w:pPr>
        <w:pStyle w:val="ae"/>
        <w:numPr>
          <w:ilvl w:val="0"/>
          <w:numId w:val="10"/>
        </w:numPr>
        <w:spacing w:after="60" w:line="360" w:lineRule="auto"/>
        <w:rPr>
          <w:rFonts w:asciiTheme="minorEastAsia" w:eastAsiaTheme="minorEastAsia" w:hAnsiTheme="minorEastAsia"/>
          <w:b/>
          <w:bCs/>
          <w:sz w:val="28"/>
          <w:szCs w:val="28"/>
        </w:rPr>
      </w:pPr>
      <w:r w:rsidRPr="003629CF">
        <w:rPr>
          <w:rFonts w:asciiTheme="minorEastAsia" w:eastAsiaTheme="minorEastAsia" w:hAnsiTheme="minorEastAsia"/>
          <w:b/>
          <w:bCs/>
          <w:sz w:val="28"/>
          <w:szCs w:val="28"/>
        </w:rPr>
        <w:lastRenderedPageBreak/>
        <w:t>返還</w:t>
      </w:r>
      <w:r w:rsidR="004E20A6">
        <w:rPr>
          <w:rFonts w:asciiTheme="minorEastAsia" w:eastAsiaTheme="minorEastAsia" w:hAnsiTheme="minorEastAsia" w:hint="eastAsia"/>
          <w:b/>
          <w:bCs/>
          <w:sz w:val="28"/>
          <w:szCs w:val="28"/>
          <w:lang w:eastAsia="ja-JP"/>
        </w:rPr>
        <w:t>届</w:t>
      </w:r>
    </w:p>
    <w:p w14:paraId="7FE8A0D6" w14:textId="77777777" w:rsidR="00B373DE" w:rsidRPr="00445535" w:rsidRDefault="001E77F8" w:rsidP="00B71FE8">
      <w:pPr>
        <w:spacing w:after="60" w:line="360" w:lineRule="auto"/>
        <w:rPr>
          <w:rFonts w:asciiTheme="minorEastAsia" w:eastAsiaTheme="minorEastAsia" w:hAnsiTheme="minorEastAsia"/>
          <w:lang w:eastAsia="ja-JP"/>
        </w:rPr>
      </w:pPr>
      <w:r w:rsidRPr="00445535">
        <w:rPr>
          <w:rFonts w:asciiTheme="minorEastAsia" w:eastAsiaTheme="minorEastAsia" w:hAnsiTheme="minorEastAsia"/>
          <w:lang w:eastAsia="ja-JP"/>
        </w:rPr>
        <w:t>上記公認研究課題に係る助成金について、日本川崎病学会公認研究制度規約に基づき、下記理由により返還いたします。</w:t>
      </w:r>
    </w:p>
    <w:p w14:paraId="1A6F2882" w14:textId="77777777" w:rsidR="00B373DE" w:rsidRPr="00445535" w:rsidRDefault="001E77F8" w:rsidP="00B71FE8">
      <w:pPr>
        <w:spacing w:after="60" w:line="360" w:lineRule="auto"/>
        <w:rPr>
          <w:rFonts w:asciiTheme="minorEastAsia" w:eastAsiaTheme="minorEastAsia" w:hAnsiTheme="minorEastAsia"/>
          <w:b/>
          <w:bCs/>
          <w:lang w:eastAsia="ja-JP"/>
        </w:rPr>
      </w:pPr>
      <w:r w:rsidRPr="00445535">
        <w:rPr>
          <w:rFonts w:asciiTheme="minorEastAsia" w:eastAsiaTheme="minorEastAsia" w:hAnsiTheme="minorEastAsia"/>
          <w:b/>
          <w:bCs/>
          <w:lang w:eastAsia="ja-JP"/>
        </w:rPr>
        <w:t>返還理由</w:t>
      </w:r>
    </w:p>
    <w:p w14:paraId="3571B2F5" w14:textId="5EC856A5" w:rsidR="00B373DE" w:rsidRDefault="00000000" w:rsidP="00B71FE8">
      <w:pPr>
        <w:spacing w:after="60" w:line="360" w:lineRule="auto"/>
        <w:rPr>
          <w:rFonts w:asciiTheme="minorEastAsia" w:eastAsiaTheme="minorEastAsia" w:hAnsiTheme="minorEastAsia"/>
          <w:lang w:eastAsia="ja-JP"/>
        </w:rPr>
      </w:pPr>
      <w:sdt>
        <w:sdtPr>
          <w:rPr>
            <w:rFonts w:asciiTheme="minorEastAsia" w:eastAsiaTheme="minorEastAsia" w:hAnsiTheme="minorEastAsia"/>
            <w:lang w:eastAsia="ja-JP"/>
          </w:rPr>
          <w:id w:val="-868835020"/>
          <w14:checkbox>
            <w14:checked w14:val="0"/>
            <w14:checkedState w14:val="00FE" w14:font="Wingdings"/>
            <w14:uncheckedState w14:val="2610" w14:font="ＭＳ ゴシック"/>
          </w14:checkbox>
        </w:sdtPr>
        <w:sdtContent>
          <w:r w:rsidR="00987EE3">
            <w:rPr>
              <w:rFonts w:hint="eastAsia"/>
              <w:lang w:eastAsia="ja-JP"/>
            </w:rPr>
            <w:t>☐</w:t>
          </w:r>
        </w:sdtContent>
      </w:sdt>
      <w:r w:rsidR="001E77F8" w:rsidRPr="00445535">
        <w:rPr>
          <w:rFonts w:asciiTheme="minorEastAsia" w:eastAsiaTheme="minorEastAsia" w:hAnsiTheme="minorEastAsia"/>
          <w:lang w:eastAsia="ja-JP"/>
        </w:rPr>
        <w:t xml:space="preserve"> 助成金を使用しなかったため（全額返還）</w:t>
      </w:r>
    </w:p>
    <w:p w14:paraId="527214C2" w14:textId="623471DD" w:rsidR="00987EE3" w:rsidRPr="00445535" w:rsidRDefault="00000000" w:rsidP="00987EE3">
      <w:pPr>
        <w:spacing w:after="60" w:line="360" w:lineRule="auto"/>
        <w:rPr>
          <w:rFonts w:asciiTheme="minorEastAsia" w:eastAsiaTheme="minorEastAsia" w:hAnsiTheme="minorEastAsia"/>
          <w:lang w:eastAsia="ja-JP"/>
        </w:rPr>
      </w:pPr>
      <w:sdt>
        <w:sdtPr>
          <w:rPr>
            <w:rFonts w:asciiTheme="minorEastAsia" w:eastAsiaTheme="minorEastAsia" w:hAnsiTheme="minorEastAsia"/>
            <w:lang w:eastAsia="ja-JP"/>
          </w:rPr>
          <w:id w:val="-1448235486"/>
          <w14:checkbox>
            <w14:checked w14:val="0"/>
            <w14:checkedState w14:val="00FE" w14:font="Wingdings"/>
            <w14:uncheckedState w14:val="2610" w14:font="ＭＳ ゴシック"/>
          </w14:checkbox>
        </w:sdtPr>
        <w:sdtContent>
          <w:r w:rsidR="00987EE3">
            <w:rPr>
              <w:rFonts w:hint="eastAsia"/>
              <w:lang w:eastAsia="ja-JP"/>
            </w:rPr>
            <w:t>☐</w:t>
          </w:r>
        </w:sdtContent>
      </w:sdt>
      <w:r w:rsidR="00987EE3" w:rsidRPr="00445535">
        <w:rPr>
          <w:rFonts w:asciiTheme="minorEastAsia" w:eastAsiaTheme="minorEastAsia" w:hAnsiTheme="minorEastAsia"/>
          <w:lang w:eastAsia="ja-JP"/>
        </w:rPr>
        <w:t xml:space="preserve"> 助成金</w:t>
      </w:r>
      <w:r w:rsidR="00987EE3">
        <w:rPr>
          <w:rFonts w:asciiTheme="minorEastAsia" w:eastAsiaTheme="minorEastAsia" w:hAnsiTheme="minorEastAsia" w:hint="eastAsia"/>
          <w:lang w:eastAsia="ja-JP"/>
        </w:rPr>
        <w:t>の一部が未使用となったため</w:t>
      </w:r>
      <w:r w:rsidR="00987EE3" w:rsidRPr="00445535">
        <w:rPr>
          <w:rFonts w:asciiTheme="minorEastAsia" w:eastAsiaTheme="minorEastAsia" w:hAnsiTheme="minorEastAsia"/>
          <w:lang w:eastAsia="ja-JP"/>
        </w:rPr>
        <w:t>（</w:t>
      </w:r>
      <w:r w:rsidR="00987EE3">
        <w:rPr>
          <w:rFonts w:asciiTheme="minorEastAsia" w:eastAsiaTheme="minorEastAsia" w:hAnsiTheme="minorEastAsia" w:hint="eastAsia"/>
          <w:lang w:eastAsia="ja-JP"/>
        </w:rPr>
        <w:t>一部</w:t>
      </w:r>
      <w:r w:rsidR="00987EE3" w:rsidRPr="00445535">
        <w:rPr>
          <w:rFonts w:asciiTheme="minorEastAsia" w:eastAsiaTheme="minorEastAsia" w:hAnsiTheme="minorEastAsia"/>
          <w:lang w:eastAsia="ja-JP"/>
        </w:rPr>
        <w:t>返還）</w:t>
      </w:r>
    </w:p>
    <w:p w14:paraId="0F6552B8" w14:textId="5D4FFF40" w:rsidR="00987EE3" w:rsidRPr="00445535" w:rsidRDefault="00000000" w:rsidP="00987EE3">
      <w:pPr>
        <w:spacing w:after="60" w:line="360" w:lineRule="auto"/>
        <w:rPr>
          <w:rFonts w:asciiTheme="minorEastAsia" w:eastAsiaTheme="minorEastAsia" w:hAnsiTheme="minorEastAsia"/>
          <w:lang w:eastAsia="ja-JP"/>
        </w:rPr>
      </w:pPr>
      <w:sdt>
        <w:sdtPr>
          <w:rPr>
            <w:rFonts w:asciiTheme="minorEastAsia" w:eastAsiaTheme="minorEastAsia" w:hAnsiTheme="minorEastAsia"/>
            <w:lang w:eastAsia="ja-JP"/>
          </w:rPr>
          <w:id w:val="1039391803"/>
          <w14:checkbox>
            <w14:checked w14:val="0"/>
            <w14:checkedState w14:val="00FE" w14:font="Wingdings"/>
            <w14:uncheckedState w14:val="2610" w14:font="ＭＳ ゴシック"/>
          </w14:checkbox>
        </w:sdtPr>
        <w:sdtContent>
          <w:r w:rsidR="00987EE3">
            <w:rPr>
              <w:rFonts w:hint="eastAsia"/>
              <w:lang w:eastAsia="ja-JP"/>
            </w:rPr>
            <w:t>☐</w:t>
          </w:r>
        </w:sdtContent>
      </w:sdt>
      <w:r w:rsidR="00987EE3" w:rsidRPr="00445535">
        <w:rPr>
          <w:rFonts w:asciiTheme="minorEastAsia" w:eastAsiaTheme="minorEastAsia" w:hAnsiTheme="minorEastAsia"/>
          <w:lang w:eastAsia="ja-JP"/>
        </w:rPr>
        <w:t xml:space="preserve"> </w:t>
      </w:r>
      <w:r w:rsidR="00987EE3">
        <w:rPr>
          <w:rFonts w:asciiTheme="minorEastAsia" w:eastAsiaTheme="minorEastAsia" w:hAnsiTheme="minorEastAsia" w:hint="eastAsia"/>
          <w:lang w:eastAsia="ja-JP"/>
        </w:rPr>
        <w:t>その他</w:t>
      </w:r>
      <w:r w:rsidR="00987EE3" w:rsidRPr="00445535">
        <w:rPr>
          <w:rFonts w:asciiTheme="minorEastAsia" w:eastAsiaTheme="minorEastAsia" w:hAnsiTheme="minorEastAsia"/>
          <w:lang w:eastAsia="ja-JP"/>
        </w:rPr>
        <w:t>（</w:t>
      </w:r>
      <w:r w:rsidR="00987EE3">
        <w:rPr>
          <w:rFonts w:asciiTheme="minorEastAsia" w:eastAsiaTheme="minorEastAsia" w:hAnsiTheme="minorEastAsia" w:hint="eastAsia"/>
          <w:lang w:eastAsia="ja-JP"/>
        </w:rPr>
        <w:t>具体的理由</w:t>
      </w:r>
      <w:r w:rsidR="00987EE3" w:rsidRPr="00445535">
        <w:rPr>
          <w:rFonts w:asciiTheme="minorEastAsia" w:eastAsiaTheme="minorEastAsia" w:hAnsiTheme="minorEastAsia"/>
          <w:lang w:eastAsia="ja-JP"/>
        </w:rPr>
        <w:t>）</w:t>
      </w:r>
    </w:p>
    <w:p w14:paraId="2EB50128" w14:textId="77777777" w:rsidR="00767D85" w:rsidRDefault="00767D85" w:rsidP="00B71FE8">
      <w:pPr>
        <w:spacing w:after="60" w:line="360" w:lineRule="auto"/>
        <w:rPr>
          <w:rFonts w:asciiTheme="minorEastAsia" w:eastAsiaTheme="minorEastAsia" w:hAnsiTheme="minorEastAsia"/>
          <w:lang w:eastAsia="ja-JP"/>
        </w:rPr>
      </w:pPr>
    </w:p>
    <w:p w14:paraId="46CAB29E" w14:textId="77777777" w:rsidR="00767D85" w:rsidRDefault="00767D85" w:rsidP="00B71FE8">
      <w:pPr>
        <w:spacing w:after="60" w:line="360" w:lineRule="auto"/>
        <w:rPr>
          <w:rFonts w:asciiTheme="minorEastAsia" w:eastAsiaTheme="minorEastAsia" w:hAnsiTheme="minorEastAsia"/>
          <w:lang w:eastAsia="ja-JP"/>
        </w:rPr>
      </w:pPr>
    </w:p>
    <w:p w14:paraId="6E61A6E5" w14:textId="77777777" w:rsidR="00767D85" w:rsidRDefault="00767D85" w:rsidP="00B71FE8">
      <w:pPr>
        <w:spacing w:after="60" w:line="360" w:lineRule="auto"/>
        <w:rPr>
          <w:rFonts w:asciiTheme="minorEastAsia" w:eastAsiaTheme="minorEastAsia" w:hAnsiTheme="minorEastAsia"/>
          <w:lang w:eastAsia="ja-JP"/>
        </w:rPr>
      </w:pPr>
    </w:p>
    <w:p w14:paraId="1C4F85AB" w14:textId="77777777" w:rsidR="00767D85" w:rsidRDefault="00767D85" w:rsidP="00B71FE8">
      <w:pPr>
        <w:spacing w:after="60" w:line="360" w:lineRule="auto"/>
        <w:rPr>
          <w:rFonts w:asciiTheme="minorEastAsia" w:eastAsiaTheme="minorEastAsia" w:hAnsiTheme="minorEastAsia"/>
          <w:lang w:eastAsia="ja-JP"/>
        </w:rPr>
      </w:pPr>
    </w:p>
    <w:p w14:paraId="1761495E" w14:textId="77777777" w:rsidR="001E77F8" w:rsidRPr="00767D85" w:rsidRDefault="001E77F8" w:rsidP="00B71FE8">
      <w:pPr>
        <w:spacing w:after="60" w:line="360" w:lineRule="auto"/>
        <w:rPr>
          <w:rFonts w:asciiTheme="minorEastAsia" w:eastAsiaTheme="minorEastAsia" w:hAnsiTheme="minorEastAsia"/>
          <w:lang w:eastAsia="ja-JP"/>
        </w:rPr>
      </w:pPr>
    </w:p>
    <w:p w14:paraId="2FAA25AA" w14:textId="663B3C40" w:rsidR="00B373DE" w:rsidRPr="001E77F8" w:rsidRDefault="001E77F8" w:rsidP="00B71FE8">
      <w:pPr>
        <w:spacing w:after="60" w:line="360" w:lineRule="auto"/>
        <w:rPr>
          <w:rFonts w:asciiTheme="minorEastAsia" w:eastAsiaTheme="minorEastAsia" w:hAnsiTheme="minorEastAsia"/>
          <w:b/>
          <w:bCs/>
          <w:lang w:eastAsia="ja-JP"/>
        </w:rPr>
      </w:pPr>
      <w:r w:rsidRPr="001E77F8">
        <w:rPr>
          <w:rFonts w:asciiTheme="minorEastAsia" w:eastAsiaTheme="minorEastAsia" w:hAnsiTheme="minorEastAsia"/>
          <w:b/>
          <w:bCs/>
          <w:lang w:eastAsia="ja-JP"/>
        </w:rPr>
        <w:t xml:space="preserve">返還予定日：　</w:t>
      </w:r>
      <w:r w:rsidR="00440699">
        <w:rPr>
          <w:rFonts w:asciiTheme="minorEastAsia" w:eastAsiaTheme="minorEastAsia" w:hAnsiTheme="minorEastAsia" w:hint="eastAsia"/>
          <w:b/>
          <w:bCs/>
          <w:lang w:eastAsia="ja-JP"/>
        </w:rPr>
        <w:t xml:space="preserve">西暦　　</w:t>
      </w:r>
      <w:r w:rsidRPr="001E77F8">
        <w:rPr>
          <w:rFonts w:asciiTheme="minorEastAsia" w:eastAsiaTheme="minorEastAsia" w:hAnsiTheme="minorEastAsia"/>
          <w:b/>
          <w:bCs/>
          <w:lang w:eastAsia="ja-JP"/>
        </w:rPr>
        <w:t xml:space="preserve">　　年　　月　　日</w:t>
      </w:r>
    </w:p>
    <w:p w14:paraId="2D73AF65" w14:textId="77777777" w:rsidR="00B373DE" w:rsidRPr="001E77F8" w:rsidRDefault="001E77F8" w:rsidP="00B71FE8">
      <w:pPr>
        <w:spacing w:after="60" w:line="360" w:lineRule="auto"/>
        <w:rPr>
          <w:rFonts w:asciiTheme="minorEastAsia" w:eastAsiaTheme="minorEastAsia" w:hAnsiTheme="minorEastAsia"/>
          <w:b/>
          <w:bCs/>
          <w:lang w:eastAsia="ja-JP"/>
        </w:rPr>
      </w:pPr>
      <w:r w:rsidRPr="001E77F8">
        <w:rPr>
          <w:rFonts w:asciiTheme="minorEastAsia" w:eastAsiaTheme="minorEastAsia" w:hAnsiTheme="minorEastAsia"/>
          <w:b/>
          <w:bCs/>
          <w:lang w:eastAsia="ja-JP"/>
        </w:rPr>
        <w:t>返還方法：　日本川崎病学会指定口座へ振込</w:t>
      </w:r>
    </w:p>
    <w:p w14:paraId="3AA2A6CA" w14:textId="77777777" w:rsidR="00445535" w:rsidRDefault="00445535" w:rsidP="00B71FE8">
      <w:pPr>
        <w:spacing w:after="60" w:line="360" w:lineRule="auto"/>
        <w:rPr>
          <w:rFonts w:asciiTheme="minorEastAsia" w:eastAsiaTheme="minorEastAsia" w:hAnsiTheme="minorEastAsia"/>
          <w:lang w:eastAsia="ja-JP"/>
        </w:rPr>
      </w:pPr>
    </w:p>
    <w:p w14:paraId="4A1C77DA" w14:textId="2BA03444" w:rsidR="00B373DE" w:rsidRPr="00445535" w:rsidRDefault="001E77F8" w:rsidP="00B71FE8">
      <w:pPr>
        <w:pStyle w:val="ae"/>
        <w:numPr>
          <w:ilvl w:val="0"/>
          <w:numId w:val="10"/>
        </w:numPr>
        <w:spacing w:after="60" w:line="360" w:lineRule="auto"/>
        <w:rPr>
          <w:rFonts w:asciiTheme="minorEastAsia" w:eastAsiaTheme="minorEastAsia" w:hAnsiTheme="minorEastAsia"/>
          <w:b/>
          <w:bCs/>
          <w:sz w:val="28"/>
          <w:szCs w:val="28"/>
          <w:lang w:eastAsia="ja-JP"/>
        </w:rPr>
      </w:pPr>
      <w:r w:rsidRPr="00445535">
        <w:rPr>
          <w:rFonts w:asciiTheme="minorEastAsia" w:eastAsiaTheme="minorEastAsia" w:hAnsiTheme="minorEastAsia"/>
          <w:b/>
          <w:bCs/>
          <w:sz w:val="28"/>
          <w:szCs w:val="28"/>
          <w:lang w:eastAsia="ja-JP"/>
        </w:rPr>
        <w:t>誓約</w:t>
      </w:r>
    </w:p>
    <w:p w14:paraId="412ECEF2" w14:textId="2703CFC7" w:rsidR="00B373DE" w:rsidRPr="00445535" w:rsidRDefault="001E77F8" w:rsidP="00B71FE8">
      <w:pPr>
        <w:spacing w:after="60" w:line="360" w:lineRule="auto"/>
        <w:rPr>
          <w:rFonts w:asciiTheme="minorEastAsia" w:eastAsiaTheme="minorEastAsia" w:hAnsiTheme="minorEastAsia"/>
          <w:lang w:eastAsia="ja-JP"/>
        </w:rPr>
      </w:pPr>
      <w:r w:rsidRPr="00445535">
        <w:rPr>
          <w:rFonts w:asciiTheme="minorEastAsia" w:eastAsiaTheme="minorEastAsia" w:hAnsiTheme="minorEastAsia"/>
          <w:lang w:eastAsia="ja-JP"/>
        </w:rPr>
        <w:t>上記</w:t>
      </w:r>
      <w:r w:rsidR="00912115">
        <w:rPr>
          <w:rFonts w:asciiTheme="minorEastAsia" w:eastAsiaTheme="minorEastAsia" w:hAnsiTheme="minorEastAsia" w:hint="eastAsia"/>
          <w:lang w:eastAsia="ja-JP"/>
        </w:rPr>
        <w:t>内容に相違</w:t>
      </w:r>
      <w:r w:rsidR="003629CF">
        <w:rPr>
          <w:rFonts w:asciiTheme="minorEastAsia" w:eastAsiaTheme="minorEastAsia" w:hAnsiTheme="minorEastAsia" w:hint="eastAsia"/>
          <w:lang w:eastAsia="ja-JP"/>
        </w:rPr>
        <w:t>が</w:t>
      </w:r>
      <w:r w:rsidR="00912115">
        <w:rPr>
          <w:rFonts w:asciiTheme="minorEastAsia" w:eastAsiaTheme="minorEastAsia" w:hAnsiTheme="minorEastAsia" w:hint="eastAsia"/>
          <w:lang w:eastAsia="ja-JP"/>
        </w:rPr>
        <w:t>ないことを確認し</w:t>
      </w:r>
      <w:r w:rsidRPr="00445535">
        <w:rPr>
          <w:rFonts w:asciiTheme="minorEastAsia" w:eastAsiaTheme="minorEastAsia" w:hAnsiTheme="minorEastAsia"/>
          <w:lang w:eastAsia="ja-JP"/>
        </w:rPr>
        <w:t>、</w:t>
      </w:r>
      <w:r w:rsidR="00A77B73">
        <w:rPr>
          <w:rFonts w:asciiTheme="minorEastAsia" w:eastAsiaTheme="minorEastAsia" w:hAnsiTheme="minorEastAsia" w:hint="eastAsia"/>
          <w:lang w:eastAsia="ja-JP"/>
        </w:rPr>
        <w:t>助成金の返還手続きを行うことを誓約いたします</w:t>
      </w:r>
      <w:r w:rsidRPr="00445535">
        <w:rPr>
          <w:rFonts w:asciiTheme="minorEastAsia" w:eastAsiaTheme="minorEastAsia" w:hAnsiTheme="minorEastAsia"/>
          <w:lang w:eastAsia="ja-JP"/>
        </w:rPr>
        <w:t>。</w:t>
      </w:r>
    </w:p>
    <w:p w14:paraId="3BC5F135" w14:textId="77777777" w:rsidR="00B373DE" w:rsidRPr="00445535" w:rsidRDefault="001E77F8" w:rsidP="00B71FE8">
      <w:pPr>
        <w:spacing w:after="60" w:line="360" w:lineRule="auto"/>
        <w:rPr>
          <w:rFonts w:asciiTheme="minorEastAsia" w:eastAsiaTheme="minorEastAsia" w:hAnsiTheme="minorEastAsia"/>
          <w:lang w:eastAsia="ja-JP"/>
        </w:rPr>
      </w:pPr>
      <w:r w:rsidRPr="00445535">
        <w:rPr>
          <w:rFonts w:asciiTheme="minorEastAsia" w:eastAsiaTheme="minorEastAsia" w:hAnsiTheme="minorEastAsia"/>
          <w:lang w:eastAsia="ja-JP"/>
        </w:rPr>
        <w:br w:type="page"/>
      </w:r>
    </w:p>
    <w:p w14:paraId="33C3492F" w14:textId="77777777" w:rsidR="00B373DE" w:rsidRPr="00267B5F" w:rsidRDefault="001E77F8" w:rsidP="00B71FE8">
      <w:pPr>
        <w:spacing w:line="360" w:lineRule="auto"/>
        <w:rPr>
          <w:rFonts w:asciiTheme="minorEastAsia" w:eastAsiaTheme="minorEastAsia" w:hAnsiTheme="minorEastAsia"/>
          <w:b/>
          <w:bCs/>
          <w:sz w:val="28"/>
          <w:szCs w:val="28"/>
        </w:rPr>
      </w:pPr>
      <w:r w:rsidRPr="00267B5F">
        <w:rPr>
          <w:b/>
          <w:bCs/>
          <w:sz w:val="28"/>
          <w:szCs w:val="28"/>
        </w:rPr>
        <w:lastRenderedPageBreak/>
        <w:t>【</w:t>
      </w:r>
      <w:r w:rsidRPr="00267B5F">
        <w:rPr>
          <w:rFonts w:asciiTheme="minorEastAsia" w:eastAsiaTheme="minorEastAsia" w:hAnsiTheme="minorEastAsia"/>
          <w:b/>
          <w:bCs/>
          <w:sz w:val="28"/>
          <w:szCs w:val="28"/>
        </w:rPr>
        <w:t>学会記載欄】</w:t>
      </w:r>
    </w:p>
    <w:tbl>
      <w:tblPr>
        <w:tblStyle w:val="afe"/>
        <w:tblW w:w="0" w:type="auto"/>
        <w:jc w:val="center"/>
        <w:tblLook w:val="04A0" w:firstRow="1" w:lastRow="0" w:firstColumn="1" w:lastColumn="0" w:noHBand="0" w:noVBand="1"/>
      </w:tblPr>
      <w:tblGrid>
        <w:gridCol w:w="2832"/>
        <w:gridCol w:w="5798"/>
      </w:tblGrid>
      <w:tr w:rsidR="00B373DE" w:rsidRPr="00267B5F" w14:paraId="21465BB8" w14:textId="77777777" w:rsidTr="00267B5F">
        <w:trPr>
          <w:jc w:val="center"/>
        </w:trPr>
        <w:tc>
          <w:tcPr>
            <w:tcW w:w="2835" w:type="dxa"/>
          </w:tcPr>
          <w:p w14:paraId="65DB5C20" w14:textId="77777777" w:rsidR="00B373DE" w:rsidRPr="00267B5F" w:rsidRDefault="001E77F8" w:rsidP="00872A58">
            <w:pPr>
              <w:spacing w:before="60" w:after="60" w:line="360" w:lineRule="auto"/>
              <w:jc w:val="center"/>
              <w:rPr>
                <w:rFonts w:asciiTheme="minorEastAsia" w:eastAsiaTheme="minorEastAsia" w:hAnsiTheme="minorEastAsia"/>
              </w:rPr>
            </w:pPr>
            <w:r w:rsidRPr="00267B5F">
              <w:rPr>
                <w:rFonts w:asciiTheme="minorEastAsia" w:eastAsiaTheme="minorEastAsia" w:hAnsiTheme="minorEastAsia"/>
              </w:rPr>
              <w:t>受付日</w:t>
            </w:r>
          </w:p>
        </w:tc>
        <w:tc>
          <w:tcPr>
            <w:tcW w:w="5805" w:type="dxa"/>
          </w:tcPr>
          <w:p w14:paraId="2B6A1F7A" w14:textId="77777777" w:rsidR="00B373DE" w:rsidRPr="00267B5F" w:rsidRDefault="00B373DE" w:rsidP="00872A58">
            <w:pPr>
              <w:spacing w:before="60" w:after="60" w:line="360" w:lineRule="auto"/>
              <w:rPr>
                <w:rFonts w:asciiTheme="minorEastAsia" w:eastAsiaTheme="minorEastAsia" w:hAnsiTheme="minorEastAsia"/>
              </w:rPr>
            </w:pPr>
          </w:p>
        </w:tc>
      </w:tr>
      <w:tr w:rsidR="00B373DE" w:rsidRPr="00267B5F" w14:paraId="28D0C3DB" w14:textId="77777777" w:rsidTr="00267B5F">
        <w:trPr>
          <w:jc w:val="center"/>
        </w:trPr>
        <w:tc>
          <w:tcPr>
            <w:tcW w:w="2835" w:type="dxa"/>
          </w:tcPr>
          <w:p w14:paraId="233977DD" w14:textId="77777777" w:rsidR="00B373DE" w:rsidRPr="00267B5F" w:rsidRDefault="001E77F8" w:rsidP="00872A58">
            <w:pPr>
              <w:spacing w:before="60" w:after="60" w:line="360" w:lineRule="auto"/>
              <w:jc w:val="center"/>
              <w:rPr>
                <w:rFonts w:asciiTheme="minorEastAsia" w:eastAsiaTheme="minorEastAsia" w:hAnsiTheme="minorEastAsia"/>
              </w:rPr>
            </w:pPr>
            <w:r w:rsidRPr="00267B5F">
              <w:rPr>
                <w:rFonts w:asciiTheme="minorEastAsia" w:eastAsiaTheme="minorEastAsia" w:hAnsiTheme="minorEastAsia"/>
              </w:rPr>
              <w:t>受付番号</w:t>
            </w:r>
          </w:p>
        </w:tc>
        <w:tc>
          <w:tcPr>
            <w:tcW w:w="5805" w:type="dxa"/>
          </w:tcPr>
          <w:p w14:paraId="6EB820D7" w14:textId="77777777" w:rsidR="00B373DE" w:rsidRPr="00267B5F" w:rsidRDefault="00B373DE" w:rsidP="00872A58">
            <w:pPr>
              <w:spacing w:before="60" w:after="60" w:line="360" w:lineRule="auto"/>
              <w:rPr>
                <w:rFonts w:asciiTheme="minorEastAsia" w:eastAsiaTheme="minorEastAsia" w:hAnsiTheme="minorEastAsia"/>
              </w:rPr>
            </w:pPr>
          </w:p>
        </w:tc>
      </w:tr>
      <w:tr w:rsidR="00B373DE" w:rsidRPr="00267B5F" w14:paraId="208779B9" w14:textId="77777777" w:rsidTr="00267B5F">
        <w:trPr>
          <w:jc w:val="center"/>
        </w:trPr>
        <w:tc>
          <w:tcPr>
            <w:tcW w:w="2835" w:type="dxa"/>
          </w:tcPr>
          <w:p w14:paraId="6BF663D3" w14:textId="77777777" w:rsidR="00B373DE" w:rsidRPr="00267B5F" w:rsidRDefault="001E77F8" w:rsidP="00872A58">
            <w:pPr>
              <w:spacing w:before="60" w:after="60" w:line="360" w:lineRule="auto"/>
              <w:jc w:val="center"/>
              <w:rPr>
                <w:rFonts w:asciiTheme="minorEastAsia" w:eastAsiaTheme="minorEastAsia" w:hAnsiTheme="minorEastAsia"/>
              </w:rPr>
            </w:pPr>
            <w:r w:rsidRPr="00267B5F">
              <w:rPr>
                <w:rFonts w:asciiTheme="minorEastAsia" w:eastAsiaTheme="minorEastAsia" w:hAnsiTheme="minorEastAsia"/>
              </w:rPr>
              <w:t>理事会承認日</w:t>
            </w:r>
          </w:p>
        </w:tc>
        <w:tc>
          <w:tcPr>
            <w:tcW w:w="5805" w:type="dxa"/>
          </w:tcPr>
          <w:p w14:paraId="6660897D" w14:textId="77777777" w:rsidR="00B373DE" w:rsidRPr="00267B5F" w:rsidRDefault="00B373DE" w:rsidP="00872A58">
            <w:pPr>
              <w:spacing w:before="60" w:after="60" w:line="360" w:lineRule="auto"/>
              <w:rPr>
                <w:rFonts w:asciiTheme="minorEastAsia" w:eastAsiaTheme="minorEastAsia" w:hAnsiTheme="minorEastAsia"/>
              </w:rPr>
            </w:pPr>
          </w:p>
        </w:tc>
      </w:tr>
      <w:tr w:rsidR="00B373DE" w:rsidRPr="00267B5F" w14:paraId="03479404" w14:textId="77777777" w:rsidTr="00267B5F">
        <w:trPr>
          <w:jc w:val="center"/>
        </w:trPr>
        <w:tc>
          <w:tcPr>
            <w:tcW w:w="2835" w:type="dxa"/>
          </w:tcPr>
          <w:p w14:paraId="0855649C" w14:textId="77777777" w:rsidR="00B373DE" w:rsidRPr="00267B5F" w:rsidRDefault="001E77F8" w:rsidP="00872A58">
            <w:pPr>
              <w:spacing w:before="60" w:after="60" w:line="360" w:lineRule="auto"/>
              <w:jc w:val="center"/>
              <w:rPr>
                <w:rFonts w:asciiTheme="minorEastAsia" w:eastAsiaTheme="minorEastAsia" w:hAnsiTheme="minorEastAsia"/>
              </w:rPr>
            </w:pPr>
            <w:r w:rsidRPr="00267B5F">
              <w:rPr>
                <w:rFonts w:asciiTheme="minorEastAsia" w:eastAsiaTheme="minorEastAsia" w:hAnsiTheme="minorEastAsia"/>
              </w:rPr>
              <w:t>返還確認日</w:t>
            </w:r>
          </w:p>
        </w:tc>
        <w:tc>
          <w:tcPr>
            <w:tcW w:w="5805" w:type="dxa"/>
          </w:tcPr>
          <w:p w14:paraId="4F016334" w14:textId="77777777" w:rsidR="00B373DE" w:rsidRPr="00267B5F" w:rsidRDefault="00B373DE" w:rsidP="00872A58">
            <w:pPr>
              <w:spacing w:before="60" w:after="60" w:line="360" w:lineRule="auto"/>
              <w:rPr>
                <w:rFonts w:asciiTheme="minorEastAsia" w:eastAsiaTheme="minorEastAsia" w:hAnsiTheme="minorEastAsia"/>
              </w:rPr>
            </w:pPr>
          </w:p>
        </w:tc>
      </w:tr>
      <w:tr w:rsidR="00B373DE" w:rsidRPr="00267B5F" w14:paraId="23AA3073" w14:textId="77777777" w:rsidTr="00267B5F">
        <w:trPr>
          <w:jc w:val="center"/>
        </w:trPr>
        <w:tc>
          <w:tcPr>
            <w:tcW w:w="2835" w:type="dxa"/>
          </w:tcPr>
          <w:p w14:paraId="6C0613EC" w14:textId="77777777" w:rsidR="00B373DE" w:rsidRPr="00267B5F" w:rsidRDefault="001E77F8" w:rsidP="00872A58">
            <w:pPr>
              <w:spacing w:before="60" w:after="60" w:line="360" w:lineRule="auto"/>
              <w:jc w:val="center"/>
              <w:rPr>
                <w:rFonts w:asciiTheme="minorEastAsia" w:eastAsiaTheme="minorEastAsia" w:hAnsiTheme="minorEastAsia"/>
              </w:rPr>
            </w:pPr>
            <w:r w:rsidRPr="00267B5F">
              <w:rPr>
                <w:rFonts w:asciiTheme="minorEastAsia" w:eastAsiaTheme="minorEastAsia" w:hAnsiTheme="minorEastAsia"/>
              </w:rPr>
              <w:t>受領金額</w:t>
            </w:r>
          </w:p>
        </w:tc>
        <w:tc>
          <w:tcPr>
            <w:tcW w:w="5805" w:type="dxa"/>
          </w:tcPr>
          <w:p w14:paraId="403746F6" w14:textId="77777777" w:rsidR="00B373DE" w:rsidRPr="00267B5F" w:rsidRDefault="00B373DE" w:rsidP="00872A58">
            <w:pPr>
              <w:spacing w:before="60" w:after="60" w:line="360" w:lineRule="auto"/>
              <w:rPr>
                <w:rFonts w:asciiTheme="minorEastAsia" w:eastAsiaTheme="minorEastAsia" w:hAnsiTheme="minorEastAsia"/>
              </w:rPr>
            </w:pPr>
          </w:p>
        </w:tc>
      </w:tr>
      <w:tr w:rsidR="00B373DE" w:rsidRPr="00267B5F" w14:paraId="0AF75C0E" w14:textId="77777777" w:rsidTr="00267B5F">
        <w:trPr>
          <w:jc w:val="center"/>
        </w:trPr>
        <w:tc>
          <w:tcPr>
            <w:tcW w:w="2835" w:type="dxa"/>
          </w:tcPr>
          <w:p w14:paraId="53116087" w14:textId="77777777" w:rsidR="00B373DE" w:rsidRPr="00267B5F" w:rsidRDefault="001E77F8" w:rsidP="00872A58">
            <w:pPr>
              <w:spacing w:before="60" w:after="60" w:line="360" w:lineRule="auto"/>
              <w:jc w:val="center"/>
              <w:rPr>
                <w:rFonts w:asciiTheme="minorEastAsia" w:eastAsiaTheme="minorEastAsia" w:hAnsiTheme="minorEastAsia"/>
              </w:rPr>
            </w:pPr>
            <w:r w:rsidRPr="00267B5F">
              <w:rPr>
                <w:rFonts w:asciiTheme="minorEastAsia" w:eastAsiaTheme="minorEastAsia" w:hAnsiTheme="minorEastAsia"/>
              </w:rPr>
              <w:t>会計確認</w:t>
            </w:r>
          </w:p>
        </w:tc>
        <w:tc>
          <w:tcPr>
            <w:tcW w:w="5805" w:type="dxa"/>
          </w:tcPr>
          <w:p w14:paraId="5CB0F016" w14:textId="77777777" w:rsidR="00B373DE" w:rsidRPr="00267B5F" w:rsidRDefault="00B373DE" w:rsidP="00872A58">
            <w:pPr>
              <w:spacing w:before="60" w:after="60" w:line="360" w:lineRule="auto"/>
              <w:rPr>
                <w:rFonts w:asciiTheme="minorEastAsia" w:eastAsiaTheme="minorEastAsia" w:hAnsiTheme="minorEastAsia"/>
              </w:rPr>
            </w:pPr>
          </w:p>
        </w:tc>
      </w:tr>
      <w:tr w:rsidR="00B373DE" w:rsidRPr="00267B5F" w14:paraId="145D5198" w14:textId="77777777" w:rsidTr="00267B5F">
        <w:trPr>
          <w:jc w:val="center"/>
        </w:trPr>
        <w:tc>
          <w:tcPr>
            <w:tcW w:w="2835" w:type="dxa"/>
          </w:tcPr>
          <w:p w14:paraId="4E933351" w14:textId="77777777" w:rsidR="00B373DE" w:rsidRPr="00267B5F" w:rsidRDefault="001E77F8" w:rsidP="00872A58">
            <w:pPr>
              <w:spacing w:before="60" w:after="60" w:line="360" w:lineRule="auto"/>
              <w:jc w:val="center"/>
              <w:rPr>
                <w:rFonts w:asciiTheme="minorEastAsia" w:eastAsiaTheme="minorEastAsia" w:hAnsiTheme="minorEastAsia"/>
              </w:rPr>
            </w:pPr>
            <w:r w:rsidRPr="00267B5F">
              <w:rPr>
                <w:rFonts w:asciiTheme="minorEastAsia" w:eastAsiaTheme="minorEastAsia" w:hAnsiTheme="minorEastAsia"/>
              </w:rPr>
              <w:t>備考</w:t>
            </w:r>
          </w:p>
        </w:tc>
        <w:tc>
          <w:tcPr>
            <w:tcW w:w="5805" w:type="dxa"/>
          </w:tcPr>
          <w:p w14:paraId="0024870B" w14:textId="77777777" w:rsidR="00B373DE" w:rsidRPr="00267B5F" w:rsidRDefault="00B373DE" w:rsidP="00872A58">
            <w:pPr>
              <w:spacing w:before="60" w:after="60" w:line="360" w:lineRule="auto"/>
              <w:rPr>
                <w:rFonts w:asciiTheme="minorEastAsia" w:eastAsiaTheme="minorEastAsia" w:hAnsiTheme="minorEastAsia"/>
              </w:rPr>
            </w:pPr>
          </w:p>
        </w:tc>
      </w:tr>
      <w:tr w:rsidR="00B373DE" w:rsidRPr="00267B5F" w14:paraId="7141F616" w14:textId="77777777" w:rsidTr="00267B5F">
        <w:trPr>
          <w:jc w:val="center"/>
        </w:trPr>
        <w:tc>
          <w:tcPr>
            <w:tcW w:w="2835" w:type="dxa"/>
          </w:tcPr>
          <w:p w14:paraId="5B0FE838" w14:textId="77777777" w:rsidR="00B373DE" w:rsidRPr="00267B5F" w:rsidRDefault="001E77F8" w:rsidP="00872A58">
            <w:pPr>
              <w:spacing w:before="60" w:after="60" w:line="360" w:lineRule="auto"/>
              <w:jc w:val="center"/>
              <w:rPr>
                <w:rFonts w:asciiTheme="minorEastAsia" w:eastAsiaTheme="minorEastAsia" w:hAnsiTheme="minorEastAsia"/>
              </w:rPr>
            </w:pPr>
            <w:r w:rsidRPr="00267B5F">
              <w:rPr>
                <w:rFonts w:asciiTheme="minorEastAsia" w:eastAsiaTheme="minorEastAsia" w:hAnsiTheme="minorEastAsia"/>
              </w:rPr>
              <w:t>担当者</w:t>
            </w:r>
          </w:p>
        </w:tc>
        <w:tc>
          <w:tcPr>
            <w:tcW w:w="5805" w:type="dxa"/>
          </w:tcPr>
          <w:p w14:paraId="0C4C96CD" w14:textId="77777777" w:rsidR="00B373DE" w:rsidRPr="00267B5F" w:rsidRDefault="00B373DE" w:rsidP="00872A58">
            <w:pPr>
              <w:spacing w:before="60" w:after="60" w:line="360" w:lineRule="auto"/>
              <w:rPr>
                <w:rFonts w:asciiTheme="minorEastAsia" w:eastAsiaTheme="minorEastAsia" w:hAnsiTheme="minorEastAsia"/>
              </w:rPr>
            </w:pPr>
          </w:p>
        </w:tc>
      </w:tr>
    </w:tbl>
    <w:p w14:paraId="0347C90D" w14:textId="77777777" w:rsidR="00267B5F" w:rsidRDefault="00267B5F" w:rsidP="00B71FE8">
      <w:pPr>
        <w:spacing w:line="360" w:lineRule="auto"/>
        <w:rPr>
          <w:rFonts w:asciiTheme="minorEastAsia" w:eastAsiaTheme="minorEastAsia" w:hAnsiTheme="minorEastAsia"/>
          <w:lang w:eastAsia="ja-JP"/>
        </w:rPr>
      </w:pPr>
    </w:p>
    <w:p w14:paraId="0A8A8C01" w14:textId="2EEE33D9" w:rsidR="00B373DE" w:rsidRPr="00267B5F" w:rsidRDefault="001E77F8" w:rsidP="00B71FE8">
      <w:pPr>
        <w:spacing w:line="360" w:lineRule="auto"/>
        <w:rPr>
          <w:rFonts w:asciiTheme="minorEastAsia" w:eastAsiaTheme="minorEastAsia" w:hAnsiTheme="minorEastAsia"/>
          <w:lang w:eastAsia="ja-JP"/>
        </w:rPr>
      </w:pPr>
      <w:r w:rsidRPr="00267B5F">
        <w:rPr>
          <w:rFonts w:asciiTheme="minorEastAsia" w:eastAsiaTheme="minorEastAsia" w:hAnsiTheme="minorEastAsia"/>
          <w:lang w:eastAsia="ja-JP"/>
        </w:rPr>
        <w:t>運用上の留意事項（事務局用）</w:t>
      </w:r>
    </w:p>
    <w:p w14:paraId="0029A5F5" w14:textId="77777777" w:rsidR="00B373DE" w:rsidRPr="00267B5F" w:rsidRDefault="001E77F8" w:rsidP="00B71FE8">
      <w:pPr>
        <w:spacing w:line="360" w:lineRule="auto"/>
        <w:rPr>
          <w:rFonts w:asciiTheme="minorEastAsia" w:eastAsiaTheme="minorEastAsia" w:hAnsiTheme="minorEastAsia"/>
          <w:lang w:eastAsia="ja-JP"/>
        </w:rPr>
      </w:pPr>
      <w:r w:rsidRPr="00267B5F">
        <w:rPr>
          <w:rFonts w:asciiTheme="minorEastAsia" w:eastAsiaTheme="minorEastAsia" w:hAnsiTheme="minorEastAsia"/>
          <w:lang w:eastAsia="ja-JP"/>
        </w:rPr>
        <w:t>・本様式は、公認研究助成金の全部又は一部を返還する場合に研究代表者が提出する。</w:t>
      </w:r>
      <w:r w:rsidRPr="00267B5F">
        <w:rPr>
          <w:rFonts w:asciiTheme="minorEastAsia" w:eastAsiaTheme="minorEastAsia" w:hAnsiTheme="minorEastAsia"/>
          <w:lang w:eastAsia="ja-JP"/>
        </w:rPr>
        <w:br/>
        <w:t>・返還は理事会の承認後に行う。</w:t>
      </w:r>
      <w:r w:rsidRPr="00267B5F">
        <w:rPr>
          <w:rFonts w:asciiTheme="minorEastAsia" w:eastAsiaTheme="minorEastAsia" w:hAnsiTheme="minorEastAsia"/>
          <w:lang w:eastAsia="ja-JP"/>
        </w:rPr>
        <w:br/>
        <w:t>・返還確認後、本書は会計関係書類とともに保管する。</w:t>
      </w:r>
    </w:p>
    <w:sectPr w:rsidR="00B373DE" w:rsidRPr="00267B5F"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65E65" w14:textId="77777777" w:rsidR="009473D6" w:rsidRDefault="009473D6" w:rsidP="00CF4DEC">
      <w:pPr>
        <w:spacing w:after="0" w:line="240" w:lineRule="auto"/>
      </w:pPr>
      <w:r>
        <w:separator/>
      </w:r>
    </w:p>
  </w:endnote>
  <w:endnote w:type="continuationSeparator" w:id="0">
    <w:p w14:paraId="22C14AA4" w14:textId="77777777" w:rsidR="009473D6" w:rsidRDefault="009473D6" w:rsidP="00CF4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029833"/>
      <w:docPartObj>
        <w:docPartGallery w:val="Page Numbers (Bottom of Page)"/>
        <w:docPartUnique/>
      </w:docPartObj>
    </w:sdtPr>
    <w:sdtContent>
      <w:p w14:paraId="33BA0646" w14:textId="59135FEC" w:rsidR="007C3487" w:rsidRDefault="007C3487">
        <w:pPr>
          <w:pStyle w:val="a7"/>
          <w:jc w:val="center"/>
        </w:pPr>
        <w:r>
          <w:fldChar w:fldCharType="begin"/>
        </w:r>
        <w:r>
          <w:instrText>PAGE   \* MERGEFORMAT</w:instrText>
        </w:r>
        <w:r>
          <w:fldChar w:fldCharType="separate"/>
        </w:r>
        <w:r>
          <w:rPr>
            <w:lang w:val="ja-JP" w:eastAsia="ja-JP"/>
          </w:rPr>
          <w:t>2</w:t>
        </w:r>
        <w:r>
          <w:fldChar w:fldCharType="end"/>
        </w:r>
      </w:p>
    </w:sdtContent>
  </w:sdt>
  <w:p w14:paraId="0444FD2A" w14:textId="77777777" w:rsidR="007C3487" w:rsidRDefault="007C348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EF06D" w14:textId="77777777" w:rsidR="009473D6" w:rsidRDefault="009473D6" w:rsidP="00CF4DEC">
      <w:pPr>
        <w:spacing w:after="0" w:line="240" w:lineRule="auto"/>
      </w:pPr>
      <w:r>
        <w:separator/>
      </w:r>
    </w:p>
  </w:footnote>
  <w:footnote w:type="continuationSeparator" w:id="0">
    <w:p w14:paraId="0660429C" w14:textId="77777777" w:rsidR="009473D6" w:rsidRDefault="009473D6" w:rsidP="00CF4D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80B6A50"/>
    <w:multiLevelType w:val="hybridMultilevel"/>
    <w:tmpl w:val="E5DCE58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31095988">
    <w:abstractNumId w:val="8"/>
  </w:num>
  <w:num w:numId="2" w16cid:durableId="795873676">
    <w:abstractNumId w:val="6"/>
  </w:num>
  <w:num w:numId="3" w16cid:durableId="568157801">
    <w:abstractNumId w:val="5"/>
  </w:num>
  <w:num w:numId="4" w16cid:durableId="820735629">
    <w:abstractNumId w:val="4"/>
  </w:num>
  <w:num w:numId="5" w16cid:durableId="1005941384">
    <w:abstractNumId w:val="7"/>
  </w:num>
  <w:num w:numId="6" w16cid:durableId="500245295">
    <w:abstractNumId w:val="3"/>
  </w:num>
  <w:num w:numId="7" w16cid:durableId="677268946">
    <w:abstractNumId w:val="2"/>
  </w:num>
  <w:num w:numId="8" w16cid:durableId="472873867">
    <w:abstractNumId w:val="1"/>
  </w:num>
  <w:num w:numId="9" w16cid:durableId="636495082">
    <w:abstractNumId w:val="0"/>
  </w:num>
  <w:num w:numId="10" w16cid:durableId="14543287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E28"/>
    <w:rsid w:val="0006063C"/>
    <w:rsid w:val="0015074B"/>
    <w:rsid w:val="001E77F8"/>
    <w:rsid w:val="00267B5F"/>
    <w:rsid w:val="0029639D"/>
    <w:rsid w:val="00326F90"/>
    <w:rsid w:val="003629CF"/>
    <w:rsid w:val="00375CB6"/>
    <w:rsid w:val="003E07F6"/>
    <w:rsid w:val="00440699"/>
    <w:rsid w:val="00445535"/>
    <w:rsid w:val="0046295E"/>
    <w:rsid w:val="004E20A6"/>
    <w:rsid w:val="005932EB"/>
    <w:rsid w:val="00630F61"/>
    <w:rsid w:val="006C728A"/>
    <w:rsid w:val="00747017"/>
    <w:rsid w:val="00755996"/>
    <w:rsid w:val="00767D85"/>
    <w:rsid w:val="007B6028"/>
    <w:rsid w:val="007C3487"/>
    <w:rsid w:val="00814ED8"/>
    <w:rsid w:val="00841CEE"/>
    <w:rsid w:val="00872A58"/>
    <w:rsid w:val="008F358C"/>
    <w:rsid w:val="00912115"/>
    <w:rsid w:val="009473D6"/>
    <w:rsid w:val="00987EE3"/>
    <w:rsid w:val="00990E2A"/>
    <w:rsid w:val="00A77B73"/>
    <w:rsid w:val="00AA1D8D"/>
    <w:rsid w:val="00AE048B"/>
    <w:rsid w:val="00B373DE"/>
    <w:rsid w:val="00B47730"/>
    <w:rsid w:val="00B544AE"/>
    <w:rsid w:val="00B71FE8"/>
    <w:rsid w:val="00BE5DB5"/>
    <w:rsid w:val="00C7186A"/>
    <w:rsid w:val="00C950F8"/>
    <w:rsid w:val="00CB0664"/>
    <w:rsid w:val="00CE2A68"/>
    <w:rsid w:val="00CF4DEC"/>
    <w:rsid w:val="00D674B8"/>
    <w:rsid w:val="00F15A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30"/>
  <w15:docId w15:val="{CBE408C6-6DC1-4155-B456-2136693D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ゴシック" w:eastAsia="ＭＳ ゴシック" w:hAnsi="ＭＳ ゴシック"/>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千秋 後藤</cp:lastModifiedBy>
  <cp:revision>2</cp:revision>
  <cp:lastPrinted>2026-07-30T03:50:00Z</cp:lastPrinted>
  <dcterms:created xsi:type="dcterms:W3CDTF">2026-10-14T07:52:00Z</dcterms:created>
  <dcterms:modified xsi:type="dcterms:W3CDTF">2026-10-14T07:52:00Z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befb9fc3-d46a-491a-9a4c-9753dcbbee05</vt:lpwstr>
  </property>
</Properties>
</file>